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86154" w:rsidRDefault="00000000">
      <w:pPr>
        <w:pStyle w:val="Title"/>
        <w:jc w:val="center"/>
      </w:pPr>
      <w:r>
        <w:t>Формуляр за геофизическо проучване</w:t>
      </w:r>
    </w:p>
    <w:p w:rsidR="00486154" w:rsidRDefault="00000000">
      <w:r>
        <w:t>Моля, попълнете този формуляр възможно най-подробно. Той ще ни помогне да оценим обекта и да предложим подходящ метод за геофизическо изследване.</w:t>
      </w:r>
    </w:p>
    <w:p w:rsidR="00486154" w:rsidRDefault="00000000">
      <w:pPr>
        <w:pStyle w:val="Heading1"/>
      </w:pPr>
      <w:r>
        <w:t>1. Контактна информация</w:t>
      </w:r>
    </w:p>
    <w:p w:rsidR="00486154" w:rsidRDefault="00000000">
      <w:pPr>
        <w:pStyle w:val="ListBullet"/>
      </w:pPr>
      <w:r>
        <w:t>Име и фамилия / Име на фирма: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Телефон за контакт: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Имейл: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Heading1"/>
      </w:pPr>
      <w:r>
        <w:t>2. Данни за обекта</w:t>
      </w:r>
    </w:p>
    <w:p w:rsidR="00486154" w:rsidRDefault="00000000">
      <w:pPr>
        <w:pStyle w:val="ListBullet"/>
      </w:pPr>
      <w:r>
        <w:t>Адрес / Населено място на проучването: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Приложена карта, скица или GPS координати (ако има):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Площ на изследването (в м² или дка):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Очаквана дълбочина на изследването (в метри):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Вид собственост на терена (държавна, частна, общинска и др.):</w:t>
      </w:r>
    </w:p>
    <w:p w:rsidR="00486154" w:rsidRDefault="00000000">
      <w:r>
        <w:t>..............................................................</w:t>
      </w:r>
    </w:p>
    <w:p w:rsidR="003D76D5" w:rsidRDefault="003D76D5">
      <w:r>
        <w:br w:type="page"/>
      </w:r>
    </w:p>
    <w:p w:rsidR="00486154" w:rsidRDefault="00000000">
      <w:pPr>
        <w:pStyle w:val="ListBullet"/>
      </w:pPr>
      <w:proofErr w:type="spellStart"/>
      <w:r>
        <w:lastRenderedPageBreak/>
        <w:t>Тип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търсената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(напр. кухини, подземна вода, тръби, археология и др.):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Предпочитан период или дата за провеждане на изследването:</w:t>
      </w:r>
    </w:p>
    <w:p w:rsidR="00486154" w:rsidRDefault="00000000">
      <w:r>
        <w:t>..............................................................</w:t>
      </w:r>
    </w:p>
    <w:p w:rsidR="00486154" w:rsidRDefault="00000000">
      <w:pPr>
        <w:pStyle w:val="ListBullet"/>
      </w:pPr>
      <w:r>
        <w:t>Допълнителна информация, особености на терена или въпроси:</w:t>
      </w:r>
    </w:p>
    <w:p w:rsidR="00486154" w:rsidRDefault="00000000">
      <w:r>
        <w:t>..............................................................</w:t>
      </w:r>
    </w:p>
    <w:sectPr w:rsidR="00486154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00FC" w:rsidRDefault="001D00FC">
      <w:pPr>
        <w:spacing w:after="0" w:line="240" w:lineRule="auto"/>
      </w:pPr>
      <w:r>
        <w:separator/>
      </w:r>
    </w:p>
  </w:endnote>
  <w:endnote w:type="continuationSeparator" w:id="0">
    <w:p w:rsidR="001D00FC" w:rsidRDefault="001D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00FC" w:rsidRDefault="001D00FC">
      <w:pPr>
        <w:spacing w:after="0" w:line="240" w:lineRule="auto"/>
      </w:pPr>
      <w:r>
        <w:separator/>
      </w:r>
    </w:p>
  </w:footnote>
  <w:footnote w:type="continuationSeparator" w:id="0">
    <w:p w:rsidR="001D00FC" w:rsidRDefault="001D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86154" w:rsidRDefault="00000000">
    <w:pPr>
      <w:pStyle w:val="Header"/>
    </w:pPr>
    <w:r>
      <w:rPr>
        <w:noProof/>
      </w:rPr>
      <w:drawing>
        <wp:inline distT="0" distB="0" distL="0" distR="0">
          <wp:extent cx="1097280" cy="10972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80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9937673">
    <w:abstractNumId w:val="8"/>
  </w:num>
  <w:num w:numId="2" w16cid:durableId="419328254">
    <w:abstractNumId w:val="6"/>
  </w:num>
  <w:num w:numId="3" w16cid:durableId="1093354350">
    <w:abstractNumId w:val="5"/>
  </w:num>
  <w:num w:numId="4" w16cid:durableId="600574962">
    <w:abstractNumId w:val="4"/>
  </w:num>
  <w:num w:numId="5" w16cid:durableId="1075857134">
    <w:abstractNumId w:val="7"/>
  </w:num>
  <w:num w:numId="6" w16cid:durableId="845941678">
    <w:abstractNumId w:val="3"/>
  </w:num>
  <w:num w:numId="7" w16cid:durableId="1977296467">
    <w:abstractNumId w:val="2"/>
  </w:num>
  <w:num w:numId="8" w16cid:durableId="1825386746">
    <w:abstractNumId w:val="1"/>
  </w:num>
  <w:num w:numId="9" w16cid:durableId="109951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D00FC"/>
    <w:rsid w:val="00225D6F"/>
    <w:rsid w:val="0029639D"/>
    <w:rsid w:val="002C0106"/>
    <w:rsid w:val="00326F90"/>
    <w:rsid w:val="003D76D5"/>
    <w:rsid w:val="00486154"/>
    <w:rsid w:val="00AA1D8D"/>
    <w:rsid w:val="00B47730"/>
    <w:rsid w:val="00CA6692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FC3F6BD9-060C-4543-821F-F3A84E04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toltec</cp:lastModifiedBy>
  <cp:revision>3</cp:revision>
  <dcterms:created xsi:type="dcterms:W3CDTF">2025-05-06T20:18:00Z</dcterms:created>
  <dcterms:modified xsi:type="dcterms:W3CDTF">2025-05-06T20:19:00Z</dcterms:modified>
  <cp:category/>
</cp:coreProperties>
</file>